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מילות יסוד על אוכל וקניות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ארוחות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פשוטים בעברית על מה אוכלים וקונים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לחם עם 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עגבנייה ומלפפון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בצהריים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כתוב שהוא שותה חלב אחרי שהוא אוכל לחם וגבינה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בסלט יש עגבנייה ומלפפון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מלפפון גדל בגינה ונחשב ירק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בסופרמרקט יש הרבה סוגי אוכל למכירה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גבינה מכינים מחלב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השלמה מבנק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עגבנייה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(🥛)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(🍅)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(🧀)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נכנסים לסופרמרקט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לוקחים עגלה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אוכל מהמדפים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משלמים כסף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יוצאים עם השקיות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בבוקר אני אוכל לחם עם 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לפחות שתי מילות אוכל ומחיר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מילות אוכל נכונות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לחם וגבינה או תשובה הגיונית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פעמיים לפני שמתחילים את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תמונות או חפצים אמיתיים של האוכל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מההתאמה והמילוי לפני השאלות הפתוחות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על אוכל, כמו לחם, חלב וביצה, ונקרא טקסט קצר על ילד שמספר מה הוא אוכל ביום רגיל.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הילד אוכל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 עם 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ביצה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הוא שותה?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בסלט?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עגבנייה ומלפפון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ביצה ולחם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תפוח ובננה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גבינה וחלב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הילד אוכל ביצה וסלט?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שותה חלב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בסלט יש תפוח ובננה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מלפפון הוא ירק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סופרמרקט הוא מקום שקונים בו 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גבינה עשויה מחלב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השלמה מבנק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בבוקר אני אוכל __________ עם גבינה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שותה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בצהריים אני אוכל __________ וסלט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בסלט יש __________ ומלפפון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🍅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🧀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עגבנייה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🥛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גבינה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עם השקיות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כסף בקופה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נכנסים לסופרמרקט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אוכל מהמדפים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עגלה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אתם אוכלים בבוקר? כתבו 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קנייה בסופרמרקט: מה קניתם וכמה זה עלה?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שלוש מילים של אוכל שלמדנו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בבוקר אני אוכל ___ עם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קונים אוכל?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 וקניות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