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מילות יסוד על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ארוחות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פשוטים בעברית על מה אוכלים וקונים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עגבנייה ומלפפון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שהוא שותה חלב אחרי שהוא אוכל לחם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בסלט יש עגבנייה ומלפפון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מלפפון גדל בגינה ונחשב ירק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בסופרמרקט יש הרבה סוגי אוכל למכירה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גבינה מכינים מחלב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מבנק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(🧀)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עגלה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אוכל מהמדפים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משלמים כסף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עם השקיות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אני אוכל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לפחות שתי מילות אוכל ומחיר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מילות אוכל נכונות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לחם וגבינה או תשובה הגיונית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פעמיים לפני שמתחילים את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תמונות או חפצים אמיתיים של האוכל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מההתאמה והמילוי לפני השאלות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אוכל. קוראים משפטים קצרים ועונים על שאלות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אותו בבוקר, יש בו קמח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לבן, שותים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עגול, בא מתרנגולת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עגבנייה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אדום, יש בסלט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מלפפון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ירוק, יש בסלט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עשויה מחלב, אוכלים עם 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סופרמרקט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שקונים בו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ולקבל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אוכלים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עם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ביצה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בתוך הסלט?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עגבנייה ומלפפון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ביצה ולחם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 ובננה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גבינה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שעה אוכלים 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שותה חלב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בסלט יש תפוח ובננה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מלפפון הוא ירק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סופרמרקט הוא מקום שקונים בו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גבינה עשויה מחלב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 מבנק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בבוקר אני אוכל __________ עם גבינה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שותה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בצהריים אני אוכל __________ וסלט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בסלט יש __________ ומלפפון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עגלה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לסופרמרקט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עם השקיות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אוכל מהמדפים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כסף בקופה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אתם אוכלים בבוקר?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קנייה בסופרמרקט: מה קניתם וכמה זה עלה?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מילים של אוכל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בבוקר אני אוכל ___ עם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קונים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