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עברית לעולים חדשים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אוכל וקניות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ללמוד מילות יסוד על אוכל וקניות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להבין טקסט קצר על ארוחות היום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משפטים פשוטים בעברית על מה אוכלים וקונים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חנ״מ – פחות פריטים, עד 3 אפשרויות בחירה, בנק מילים, גופן מוגדל ושורות כתיבה רחבות. מומלץ להקריא את ההוראות בקול ולעבוד חלק אחר חלק, בלי הגבלת זמן.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הבנת הטקסט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לחם עם גבינה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חלב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בטקסט כתוב שהוא שותה חלב אחרי שהוא אוכל לחם וגבינה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בסלט יש עגבנייה ומלפפון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השלמה מבנק מילים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לחם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חלב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התאמת מילה לתמונה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ב (🍞)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ג (🥛)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א (🥚)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 הפעולות בקנייה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נכנסים לסופרמרקט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לוקחים עגלה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משלמים כסף בקופה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כותבים ומדברים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בבוקר אני אוכל לחם עם גבינה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שלוש מילות אוכל נכונות מהדף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לחם וגבינה או תשובה הגיונית אחרת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סופרמרקט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להקריא את הטקסט פעמיים לפני שמתחילים את המשימות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להביא תמונות או חפצים אמיתיים של האוכל כדי לחזק את ההבנה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לתלמידים חדשים מומלץ להתחיל מההתאמה והמילוי לפני השאלות הפתוחות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עברית לעולים חדשים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אוכל וקניות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32"/>
          <w:rtl/>
          <w:szCs w:val="32"/>
        </w:rPr>
        <w:t>בדף הזה נתרגל מילים על אוכל, כמו לחם, חלב וביצה, ונקרא טקסט קצר על ילד שמספר מה הוא אוכל ביום רגיל.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2"/>
          <w:rtl/>
          <w:szCs w:val="32"/>
          <w:bCs/>
        </w:rPr>
        <w:t>🧺 בנק מילים: חלב  ·  לחם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36"/>
          <w:rtl/>
          <w:szCs w:val="36"/>
          <w:bCs/>
        </w:rPr>
        <w:t>1  חלק א׳ – הבנת הטקסט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מה הילד אוכל בבוקר?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לחם עם גבינה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תפוח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מרק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מה הוא שותה?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מים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חלב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מיץ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36"/>
          <w:rtl/>
          <w:szCs w:val="36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הילד שותה חלב בבוקר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בסלט יש תפוח ובננה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36"/>
          <w:rtl/>
          <w:szCs w:val="36"/>
          <w:bCs/>
        </w:rPr>
        <w:t>3  חלק ג׳ – השלמה מבנק מילים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1. בבוקר אני אוכל __________ עם גבינה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2. אני שותה 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36"/>
          <w:rtl/>
          <w:szCs w:val="36"/>
          <w:bCs/>
        </w:rPr>
        <w:t>4  חלק ד׳ – התאמת מילה לתמונה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1. לחם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א. 🥚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2. חלב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ב. 🍞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3. ביצה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ג. 🥛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36"/>
          <w:rtl/>
          <w:szCs w:val="36"/>
          <w:bCs/>
        </w:rPr>
        <w:t>5  חלק ה׳ – סדר הפעולות בקנייה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לוקחים עגלה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משלמים כסף בקופה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נכנסים לסופרמרקט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36"/>
          <w:rtl/>
          <w:szCs w:val="36"/>
          <w:bCs/>
        </w:rPr>
        <w:t>6  חלק ו׳ – כותבים ומדברים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מה אתם אוכלים בבוקר? כתבו משפט אחד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36"/>
          <w:rtl/>
          <w:szCs w:val="36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כתבו שלוש מילים של אוכל שלמדנו היום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השלימו: בבוקר אני אוכל ___ עם 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32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אוכל וקניות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